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82230"/>
          <w:sz w:val="56"/>
        </w:rPr>
        <w:t>INVOICE</w:t>
      </w:r>
    </w:p>
    <w:p>
      <w:r>
        <w:rPr>
          <w:color w:val="5D6B7E"/>
          <w:sz w:val="20"/>
        </w:rPr>
        <w:t xml:space="preserve">Invoice number: ____________    </w:t>
      </w:r>
      <w:r>
        <w:rPr>
          <w:color w:val="5D6B7E"/>
          <w:sz w:val="20"/>
        </w:rPr>
        <w:t xml:space="preserve">Date: ____________    </w:t>
      </w:r>
      <w:r>
        <w:rPr>
          <w:color w:val="5D6B7E"/>
          <w:sz w:val="20"/>
        </w:rPr>
        <w:t>Due date: ____________</w:t>
      </w:r>
    </w:p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  <w:color w:val="5D6B7E"/>
                <w:sz w:val="18"/>
              </w:rPr>
              <w:t>FROM</w:t>
            </w:r>
          </w:p>
        </w:tc>
        <w:tc>
          <w:tcPr>
            <w:tcW w:type="dxa" w:w="4873"/>
          </w:tcPr>
          <w:p>
            <w:r>
              <w:rPr>
                <w:b/>
                <w:color w:val="5D6B7E"/>
                <w:sz w:val="18"/>
              </w:rPr>
              <w:t>BILL TO</w:t>
            </w:r>
          </w:p>
        </w:tc>
      </w:tr>
      <w:tr>
        <w:tc>
          <w:tcPr>
            <w:tcW w:type="dxa" w:w="4873"/>
          </w:tcPr>
          <w:p>
            <w:r>
              <w:rPr>
                <w:sz w:val="20"/>
              </w:rPr>
              <w:t>Your name / business</w:t>
              <w:br/>
              <w:t>Address</w:t>
              <w:br/>
              <w:t>Email / phone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  <w:t>Client name</w:t>
              <w:br/>
              <w:t>Address</w:t>
              <w:br/>
              <w:t>Email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2436"/>
          </w:tcPr>
          <w:p>
            <w:r>
              <w:rPr>
                <w:b/>
                <w:sz w:val="18"/>
              </w:rPr>
              <w:t>Qty</w:t>
            </w:r>
          </w:p>
        </w:tc>
        <w:tc>
          <w:tcPr>
            <w:tcW w:type="dxa" w:w="2436"/>
          </w:tcPr>
          <w:p>
            <w:r>
              <w:rPr>
                <w:b/>
                <w:sz w:val="18"/>
              </w:rPr>
              <w:t>Rate</w:t>
            </w:r>
          </w:p>
        </w:tc>
        <w:tc>
          <w:tcPr>
            <w:tcW w:type="dxa" w:w="2436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Subtotal</w:t>
            </w:r>
          </w:p>
        </w:tc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Discount</w:t>
            </w:r>
          </w:p>
        </w:tc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Tax</w:t>
            </w:r>
          </w:p>
        </w:tc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873"/>
          </w:tcPr>
          <w:p>
            <w:pPr>
              <w:jc w:val="right"/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__________</w:t>
            </w:r>
          </w:p>
        </w:tc>
      </w:tr>
    </w:tbl>
    <w:p/>
    <w:p>
      <w:r>
        <w:rPr>
          <w:b/>
          <w:color w:val="5D6B7E"/>
          <w:sz w:val="18"/>
        </w:rPr>
        <w:t>Notes / payment instructions:</w:t>
        <w:br/>
      </w:r>
      <w:r>
        <w:t>Payment within 14 days. Bank details: ____________</w:t>
      </w:r>
    </w:p>
    <w:p>
      <w:r>
        <w:rPr>
          <w:color w:val="5D6B7E"/>
          <w:sz w:val="16"/>
        </w:rPr>
        <w:t>Template from nosignupinvoice.com — free invoice tools, no sign-up.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